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388D" w14:textId="478017BD" w:rsidR="00DC0112" w:rsidRDefault="00DC0112" w:rsidP="00DC0112">
      <w:pPr>
        <w:jc w:val="center"/>
      </w:pPr>
      <w:r>
        <w:rPr>
          <w:noProof/>
        </w:rPr>
        <w:drawing>
          <wp:inline distT="0" distB="0" distL="0" distR="0" wp14:anchorId="0EB9D51E" wp14:editId="013ACABB">
            <wp:extent cx="1022350" cy="952500"/>
            <wp:effectExtent l="0" t="0" r="6350" b="0"/>
            <wp:docPr id="1204136963" name="Slika 1" descr="Počet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čet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66F84" w14:textId="77777777" w:rsidR="003E5044" w:rsidRDefault="00000000">
      <w:pPr>
        <w:pStyle w:val="Naslov"/>
        <w:jc w:val="center"/>
      </w:pPr>
      <w:r>
        <w:t>OBRAZAC ZA ISKAZ INTERESA</w:t>
      </w:r>
    </w:p>
    <w:p w14:paraId="2E80E116" w14:textId="77777777" w:rsidR="003E5044" w:rsidRDefault="00000000">
      <w:pPr>
        <w:jc w:val="center"/>
      </w:pPr>
      <w:r>
        <w:t>Za partnerstvo u projektu „Biram, mogu, pripadam – Sport po mjeri djece i mladih”</w:t>
      </w:r>
    </w:p>
    <w:p w14:paraId="2147E36F" w14:textId="77777777" w:rsidR="003E5044" w:rsidRDefault="00000000">
      <w:pPr>
        <w:jc w:val="center"/>
      </w:pPr>
      <w:r>
        <w:t>Planirana provedba: 1. siječnja – 31. prosinca 2027.</w:t>
      </w:r>
    </w:p>
    <w:p w14:paraId="5DECD604" w14:textId="77777777" w:rsidR="003E5044" w:rsidRDefault="00000000">
      <w:pPr>
        <w:pStyle w:val="Naslov1"/>
      </w:pPr>
      <w:r>
        <w:t>1. Podaci o prijavitelju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5726"/>
      </w:tblGrid>
      <w:tr w:rsidR="003E5044" w14:paraId="2A6EEC8C" w14:textId="77777777">
        <w:tc>
          <w:tcPr>
            <w:tcW w:w="3402" w:type="dxa"/>
            <w:vAlign w:val="center"/>
          </w:tcPr>
          <w:p w14:paraId="61DB363C" w14:textId="77777777" w:rsidR="003E5044" w:rsidRDefault="00000000">
            <w:r>
              <w:t>Puni naziv sportskog kluba / saveza</w:t>
            </w:r>
          </w:p>
        </w:tc>
        <w:tc>
          <w:tcPr>
            <w:tcW w:w="5726" w:type="dxa"/>
            <w:vAlign w:val="center"/>
          </w:tcPr>
          <w:p w14:paraId="31BC9362" w14:textId="77777777" w:rsidR="003E5044" w:rsidRDefault="003E5044"/>
        </w:tc>
      </w:tr>
      <w:tr w:rsidR="003E5044" w14:paraId="23D2EB57" w14:textId="77777777">
        <w:tc>
          <w:tcPr>
            <w:tcW w:w="3402" w:type="dxa"/>
            <w:vAlign w:val="center"/>
          </w:tcPr>
          <w:p w14:paraId="7C757772" w14:textId="77777777" w:rsidR="003E5044" w:rsidRDefault="00000000">
            <w:r>
              <w:t>OIB</w:t>
            </w:r>
          </w:p>
        </w:tc>
        <w:tc>
          <w:tcPr>
            <w:tcW w:w="5726" w:type="dxa"/>
            <w:vAlign w:val="center"/>
          </w:tcPr>
          <w:p w14:paraId="41744048" w14:textId="77777777" w:rsidR="003E5044" w:rsidRDefault="003E5044"/>
        </w:tc>
      </w:tr>
      <w:tr w:rsidR="003E5044" w14:paraId="6DCE9B86" w14:textId="77777777">
        <w:tc>
          <w:tcPr>
            <w:tcW w:w="3402" w:type="dxa"/>
            <w:vAlign w:val="center"/>
          </w:tcPr>
          <w:p w14:paraId="6D9B32A2" w14:textId="77777777" w:rsidR="003E5044" w:rsidRDefault="00000000">
            <w:r>
              <w:t>Sjedište i adresa</w:t>
            </w:r>
          </w:p>
        </w:tc>
        <w:tc>
          <w:tcPr>
            <w:tcW w:w="5726" w:type="dxa"/>
            <w:vAlign w:val="center"/>
          </w:tcPr>
          <w:p w14:paraId="75F25C5F" w14:textId="77777777" w:rsidR="003E5044" w:rsidRDefault="003E5044"/>
        </w:tc>
      </w:tr>
      <w:tr w:rsidR="003E5044" w14:paraId="3BACA540" w14:textId="77777777">
        <w:tc>
          <w:tcPr>
            <w:tcW w:w="3402" w:type="dxa"/>
            <w:vAlign w:val="center"/>
          </w:tcPr>
          <w:p w14:paraId="2A315CFE" w14:textId="77777777" w:rsidR="003E5044" w:rsidRDefault="00000000">
            <w:r>
              <w:t>Nadležni gradski sportski savez (ako je primjenjivo)</w:t>
            </w:r>
          </w:p>
        </w:tc>
        <w:tc>
          <w:tcPr>
            <w:tcW w:w="5726" w:type="dxa"/>
            <w:vAlign w:val="center"/>
          </w:tcPr>
          <w:p w14:paraId="42C932BF" w14:textId="77777777" w:rsidR="003E5044" w:rsidRDefault="003E5044"/>
        </w:tc>
      </w:tr>
      <w:tr w:rsidR="003E5044" w14:paraId="79EC3134" w14:textId="77777777">
        <w:tc>
          <w:tcPr>
            <w:tcW w:w="3402" w:type="dxa"/>
            <w:vAlign w:val="center"/>
          </w:tcPr>
          <w:p w14:paraId="694C5640" w14:textId="77777777" w:rsidR="003E5044" w:rsidRDefault="00000000">
            <w:r>
              <w:t>Sport / sportska grana</w:t>
            </w:r>
          </w:p>
        </w:tc>
        <w:tc>
          <w:tcPr>
            <w:tcW w:w="5726" w:type="dxa"/>
            <w:vAlign w:val="center"/>
          </w:tcPr>
          <w:p w14:paraId="3095B276" w14:textId="77777777" w:rsidR="003E5044" w:rsidRDefault="003E5044"/>
        </w:tc>
      </w:tr>
      <w:tr w:rsidR="003E5044" w14:paraId="44A61CE5" w14:textId="77777777">
        <w:tc>
          <w:tcPr>
            <w:tcW w:w="3402" w:type="dxa"/>
            <w:vAlign w:val="center"/>
          </w:tcPr>
          <w:p w14:paraId="75289E02" w14:textId="77777777" w:rsidR="003E5044" w:rsidRDefault="00000000">
            <w:r>
              <w:t>Programski razred (I.–V.)</w:t>
            </w:r>
          </w:p>
        </w:tc>
        <w:tc>
          <w:tcPr>
            <w:tcW w:w="5726" w:type="dxa"/>
            <w:vAlign w:val="center"/>
          </w:tcPr>
          <w:p w14:paraId="3242B853" w14:textId="77777777" w:rsidR="003E5044" w:rsidRDefault="003E5044"/>
        </w:tc>
      </w:tr>
      <w:tr w:rsidR="003E5044" w14:paraId="040F07C7" w14:textId="77777777">
        <w:tc>
          <w:tcPr>
            <w:tcW w:w="3402" w:type="dxa"/>
            <w:vAlign w:val="center"/>
          </w:tcPr>
          <w:p w14:paraId="33AF67BE" w14:textId="77777777" w:rsidR="003E5044" w:rsidRDefault="00000000">
            <w:r>
              <w:t>Ime i prezime osobe ovlaštene za zastupanje</w:t>
            </w:r>
          </w:p>
        </w:tc>
        <w:tc>
          <w:tcPr>
            <w:tcW w:w="5726" w:type="dxa"/>
            <w:vAlign w:val="center"/>
          </w:tcPr>
          <w:p w14:paraId="6B2BA2BC" w14:textId="77777777" w:rsidR="003E5044" w:rsidRDefault="003E5044"/>
        </w:tc>
      </w:tr>
      <w:tr w:rsidR="003E5044" w14:paraId="3B1DAF8C" w14:textId="77777777">
        <w:tc>
          <w:tcPr>
            <w:tcW w:w="3402" w:type="dxa"/>
            <w:vAlign w:val="center"/>
          </w:tcPr>
          <w:p w14:paraId="4FAA0BF9" w14:textId="77777777" w:rsidR="003E5044" w:rsidRDefault="00000000">
            <w:r>
              <w:t>Kontakt osoba, telefon i e-pošta</w:t>
            </w:r>
          </w:p>
        </w:tc>
        <w:tc>
          <w:tcPr>
            <w:tcW w:w="5726" w:type="dxa"/>
            <w:vAlign w:val="center"/>
          </w:tcPr>
          <w:p w14:paraId="499A2F84" w14:textId="77777777" w:rsidR="003E5044" w:rsidRDefault="003E5044"/>
        </w:tc>
      </w:tr>
    </w:tbl>
    <w:p w14:paraId="7CE46A78" w14:textId="77777777" w:rsidR="003E5044" w:rsidRDefault="003E5044">
      <w:pPr>
        <w:spacing w:after="0"/>
      </w:pPr>
    </w:p>
    <w:p w14:paraId="61D56AEA" w14:textId="77777777" w:rsidR="003E5044" w:rsidRDefault="00000000">
      <w:pPr>
        <w:pStyle w:val="Naslov1"/>
      </w:pPr>
      <w:r>
        <w:t>2. Opis planiranog programa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5726"/>
      </w:tblGrid>
      <w:tr w:rsidR="003E5044" w14:paraId="77EB8760" w14:textId="77777777">
        <w:tc>
          <w:tcPr>
            <w:tcW w:w="3402" w:type="dxa"/>
            <w:vAlign w:val="center"/>
          </w:tcPr>
          <w:p w14:paraId="53736D72" w14:textId="77777777" w:rsidR="003E5044" w:rsidRDefault="00000000">
            <w:r>
              <w:t>Naziv programa / aktivnosti</w:t>
            </w:r>
          </w:p>
        </w:tc>
        <w:tc>
          <w:tcPr>
            <w:tcW w:w="5726" w:type="dxa"/>
            <w:vAlign w:val="center"/>
          </w:tcPr>
          <w:p w14:paraId="0E3A9179" w14:textId="77777777" w:rsidR="003E5044" w:rsidRDefault="003E5044"/>
        </w:tc>
      </w:tr>
      <w:tr w:rsidR="003E5044" w14:paraId="3AD72D27" w14:textId="77777777">
        <w:tc>
          <w:tcPr>
            <w:tcW w:w="3402" w:type="dxa"/>
            <w:vAlign w:val="center"/>
          </w:tcPr>
          <w:p w14:paraId="21B56576" w14:textId="77777777" w:rsidR="003E5044" w:rsidRDefault="00000000">
            <w:r>
              <w:t>Ciljna dobna skupina (do 18 godina)</w:t>
            </w:r>
          </w:p>
        </w:tc>
        <w:tc>
          <w:tcPr>
            <w:tcW w:w="5726" w:type="dxa"/>
            <w:vAlign w:val="center"/>
          </w:tcPr>
          <w:p w14:paraId="470235CF" w14:textId="77777777" w:rsidR="003E5044" w:rsidRDefault="003E5044"/>
        </w:tc>
      </w:tr>
      <w:tr w:rsidR="003E5044" w14:paraId="2ED17F48" w14:textId="77777777">
        <w:tc>
          <w:tcPr>
            <w:tcW w:w="3402" w:type="dxa"/>
            <w:vAlign w:val="center"/>
          </w:tcPr>
          <w:p w14:paraId="6BEBFAAC" w14:textId="77777777" w:rsidR="003E5044" w:rsidRDefault="00000000">
            <w:r>
              <w:t>Planirani broj djece i mladih</w:t>
            </w:r>
          </w:p>
        </w:tc>
        <w:tc>
          <w:tcPr>
            <w:tcW w:w="5726" w:type="dxa"/>
            <w:vAlign w:val="center"/>
          </w:tcPr>
          <w:p w14:paraId="56FC7997" w14:textId="77777777" w:rsidR="003E5044" w:rsidRDefault="003E5044"/>
        </w:tc>
      </w:tr>
      <w:tr w:rsidR="003E5044" w14:paraId="753EA440" w14:textId="77777777">
        <w:tc>
          <w:tcPr>
            <w:tcW w:w="3402" w:type="dxa"/>
            <w:vAlign w:val="center"/>
          </w:tcPr>
          <w:p w14:paraId="360CB670" w14:textId="77777777" w:rsidR="003E5044" w:rsidRDefault="00000000">
            <w:r>
              <w:t>Mjesto provedbe</w:t>
            </w:r>
          </w:p>
        </w:tc>
        <w:tc>
          <w:tcPr>
            <w:tcW w:w="5726" w:type="dxa"/>
            <w:vAlign w:val="center"/>
          </w:tcPr>
          <w:p w14:paraId="20BFB2E4" w14:textId="77777777" w:rsidR="003E5044" w:rsidRDefault="003E5044"/>
        </w:tc>
      </w:tr>
      <w:tr w:rsidR="003E5044" w14:paraId="496090B3" w14:textId="77777777">
        <w:tc>
          <w:tcPr>
            <w:tcW w:w="3402" w:type="dxa"/>
            <w:vAlign w:val="center"/>
          </w:tcPr>
          <w:p w14:paraId="7F3019C4" w14:textId="77777777" w:rsidR="003E5044" w:rsidRDefault="00000000">
            <w:r>
              <w:t>Planirana učestalost i trajanje aktivnosti</w:t>
            </w:r>
          </w:p>
        </w:tc>
        <w:tc>
          <w:tcPr>
            <w:tcW w:w="5726" w:type="dxa"/>
            <w:vAlign w:val="center"/>
          </w:tcPr>
          <w:p w14:paraId="73597168" w14:textId="77777777" w:rsidR="003E5044" w:rsidRDefault="003E5044"/>
        </w:tc>
      </w:tr>
    </w:tbl>
    <w:p w14:paraId="189C0EDA" w14:textId="77777777" w:rsidR="003E5044" w:rsidRDefault="003E5044">
      <w:pPr>
        <w:spacing w:after="0"/>
      </w:pPr>
    </w:p>
    <w:p w14:paraId="35F28348" w14:textId="77777777" w:rsidR="003E5044" w:rsidRDefault="00000000">
      <w:r>
        <w:rPr>
          <w:b/>
        </w:rPr>
        <w:t>Kratak opis aktivnosti, ciljeva i očekivanih rezultata (do 1.500 znakova):</w:t>
      </w:r>
    </w:p>
    <w:p w14:paraId="33A342F0" w14:textId="77777777" w:rsidR="003E5044" w:rsidRDefault="00000000">
      <w:r>
        <w:t>________________________________________________________________________________</w:t>
      </w:r>
    </w:p>
    <w:p w14:paraId="194BCC9A" w14:textId="77777777" w:rsidR="003E5044" w:rsidRDefault="00000000">
      <w:r>
        <w:t>________________________________________________________________________________</w:t>
      </w:r>
    </w:p>
    <w:p w14:paraId="0BF4FA81" w14:textId="77777777" w:rsidR="003E5044" w:rsidRDefault="00000000">
      <w:r>
        <w:t>________________________________________________________________________________</w:t>
      </w:r>
    </w:p>
    <w:p w14:paraId="503AD013" w14:textId="77777777" w:rsidR="003E5044" w:rsidRDefault="00000000">
      <w:r>
        <w:t>________________________________________________________________________________</w:t>
      </w:r>
    </w:p>
    <w:p w14:paraId="7B4D3EFE" w14:textId="77777777" w:rsidR="003E5044" w:rsidRDefault="00000000">
      <w:pPr>
        <w:pStyle w:val="Naslov1"/>
      </w:pPr>
      <w:r>
        <w:t>3. Podaci o treneru i sufinanciranju</w:t>
      </w:r>
    </w:p>
    <w:p w14:paraId="5D768B29" w14:textId="77777777" w:rsidR="003E5044" w:rsidRDefault="00000000">
      <w:r>
        <w:t>Predlaže se najviše jedan trener po sportskom klubu.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5726"/>
      </w:tblGrid>
      <w:tr w:rsidR="003E5044" w14:paraId="1B982D5E" w14:textId="77777777">
        <w:tc>
          <w:tcPr>
            <w:tcW w:w="3402" w:type="dxa"/>
            <w:vAlign w:val="center"/>
          </w:tcPr>
          <w:p w14:paraId="27C58B86" w14:textId="77777777" w:rsidR="003E5044" w:rsidRDefault="00000000">
            <w:r>
              <w:t>Ime i prezime trenera</w:t>
            </w:r>
          </w:p>
        </w:tc>
        <w:tc>
          <w:tcPr>
            <w:tcW w:w="5726" w:type="dxa"/>
            <w:vAlign w:val="center"/>
          </w:tcPr>
          <w:p w14:paraId="60864F2C" w14:textId="77777777" w:rsidR="003E5044" w:rsidRDefault="003E5044"/>
        </w:tc>
      </w:tr>
      <w:tr w:rsidR="003E5044" w14:paraId="72CF82D5" w14:textId="77777777">
        <w:tc>
          <w:tcPr>
            <w:tcW w:w="3402" w:type="dxa"/>
            <w:vAlign w:val="center"/>
          </w:tcPr>
          <w:p w14:paraId="38113595" w14:textId="77777777" w:rsidR="003E5044" w:rsidRDefault="00000000">
            <w:r>
              <w:t>Stručna kvalifikacija / vrsta stručnih poslova</w:t>
            </w:r>
          </w:p>
        </w:tc>
        <w:tc>
          <w:tcPr>
            <w:tcW w:w="5726" w:type="dxa"/>
            <w:vAlign w:val="center"/>
          </w:tcPr>
          <w:p w14:paraId="07416515" w14:textId="77777777" w:rsidR="003E5044" w:rsidRDefault="003E5044"/>
        </w:tc>
      </w:tr>
      <w:tr w:rsidR="003E5044" w14:paraId="10798255" w14:textId="77777777">
        <w:tc>
          <w:tcPr>
            <w:tcW w:w="3402" w:type="dxa"/>
            <w:vAlign w:val="center"/>
          </w:tcPr>
          <w:p w14:paraId="1DDB2C07" w14:textId="77777777" w:rsidR="003E5044" w:rsidRDefault="00000000">
            <w:r>
              <w:lastRenderedPageBreak/>
              <w:t>Naziv isprave o kvalifikaciji</w:t>
            </w:r>
          </w:p>
        </w:tc>
        <w:tc>
          <w:tcPr>
            <w:tcW w:w="5726" w:type="dxa"/>
            <w:vAlign w:val="center"/>
          </w:tcPr>
          <w:p w14:paraId="7C34CBC0" w14:textId="77777777" w:rsidR="003E5044" w:rsidRDefault="003E5044"/>
        </w:tc>
      </w:tr>
      <w:tr w:rsidR="003E5044" w14:paraId="2A187D45" w14:textId="77777777">
        <w:tc>
          <w:tcPr>
            <w:tcW w:w="3402" w:type="dxa"/>
            <w:vAlign w:val="center"/>
          </w:tcPr>
          <w:p w14:paraId="2089BAD7" w14:textId="77777777" w:rsidR="003E5044" w:rsidRDefault="00000000">
            <w:r>
              <w:t>Planirani opseg rada</w:t>
            </w:r>
          </w:p>
        </w:tc>
        <w:tc>
          <w:tcPr>
            <w:tcW w:w="5726" w:type="dxa"/>
            <w:vAlign w:val="center"/>
          </w:tcPr>
          <w:p w14:paraId="5ED19A47" w14:textId="77777777" w:rsidR="003E5044" w:rsidRDefault="00000000">
            <w:r>
              <w:t>Polovica punog radnog vremena</w:t>
            </w:r>
          </w:p>
        </w:tc>
      </w:tr>
      <w:tr w:rsidR="003E5044" w14:paraId="32A4FEAB" w14:textId="77777777">
        <w:tc>
          <w:tcPr>
            <w:tcW w:w="3402" w:type="dxa"/>
            <w:vAlign w:val="center"/>
          </w:tcPr>
          <w:p w14:paraId="088A93FD" w14:textId="77777777" w:rsidR="003E5044" w:rsidRDefault="00000000">
            <w:r>
              <w:t>Planirani mjesečni trošak stručnog rada (€)</w:t>
            </w:r>
          </w:p>
        </w:tc>
        <w:tc>
          <w:tcPr>
            <w:tcW w:w="5726" w:type="dxa"/>
            <w:vAlign w:val="center"/>
          </w:tcPr>
          <w:p w14:paraId="475C152B" w14:textId="77777777" w:rsidR="003E5044" w:rsidRDefault="003E5044"/>
        </w:tc>
      </w:tr>
      <w:tr w:rsidR="003E5044" w14:paraId="3AD42B2D" w14:textId="77777777">
        <w:tc>
          <w:tcPr>
            <w:tcW w:w="3402" w:type="dxa"/>
            <w:vAlign w:val="center"/>
          </w:tcPr>
          <w:p w14:paraId="7ECABD1C" w14:textId="77777777" w:rsidR="003E5044" w:rsidRDefault="00000000">
            <w:r>
              <w:t>Predloženi udio sufinanciranja (85 %) (€)</w:t>
            </w:r>
          </w:p>
        </w:tc>
        <w:tc>
          <w:tcPr>
            <w:tcW w:w="5726" w:type="dxa"/>
            <w:vAlign w:val="center"/>
          </w:tcPr>
          <w:p w14:paraId="42C5D6F4" w14:textId="77777777" w:rsidR="003E5044" w:rsidRDefault="003E5044"/>
        </w:tc>
      </w:tr>
      <w:tr w:rsidR="003E5044" w14:paraId="540E6560" w14:textId="77777777">
        <w:tc>
          <w:tcPr>
            <w:tcW w:w="3402" w:type="dxa"/>
            <w:vAlign w:val="center"/>
          </w:tcPr>
          <w:p w14:paraId="788943B2" w14:textId="77777777" w:rsidR="003E5044" w:rsidRDefault="00000000">
            <w:r>
              <w:t>Vlastiti udio kluba/saveza (15 %) (€)</w:t>
            </w:r>
          </w:p>
        </w:tc>
        <w:tc>
          <w:tcPr>
            <w:tcW w:w="5726" w:type="dxa"/>
            <w:vAlign w:val="center"/>
          </w:tcPr>
          <w:p w14:paraId="44F70883" w14:textId="77777777" w:rsidR="003E5044" w:rsidRDefault="003E5044"/>
        </w:tc>
      </w:tr>
      <w:tr w:rsidR="003E5044" w14:paraId="298D4206" w14:textId="77777777">
        <w:tc>
          <w:tcPr>
            <w:tcW w:w="3402" w:type="dxa"/>
            <w:vAlign w:val="center"/>
          </w:tcPr>
          <w:p w14:paraId="47540145" w14:textId="77777777" w:rsidR="003E5044" w:rsidRDefault="00000000">
            <w:r>
              <w:t>Izvor osiguranja vlastitog udjela</w:t>
            </w:r>
          </w:p>
        </w:tc>
        <w:tc>
          <w:tcPr>
            <w:tcW w:w="5726" w:type="dxa"/>
            <w:vAlign w:val="center"/>
          </w:tcPr>
          <w:p w14:paraId="7CC19565" w14:textId="77777777" w:rsidR="003E5044" w:rsidRDefault="003E5044"/>
        </w:tc>
      </w:tr>
    </w:tbl>
    <w:p w14:paraId="2B2A9D3F" w14:textId="77777777" w:rsidR="003E5044" w:rsidRDefault="003E5044">
      <w:pPr>
        <w:spacing w:after="0"/>
      </w:pPr>
    </w:p>
    <w:p w14:paraId="1CDF5527" w14:textId="77777777" w:rsidR="003E5044" w:rsidRDefault="00000000">
      <w:r>
        <w:t>Iznosi su informativni. Konačni prihvatljivi troškovi ovise o uvjetima natječaja, odobrenom projektu i primjenjivoj osnovici.</w:t>
      </w:r>
    </w:p>
    <w:p w14:paraId="3ED275C9" w14:textId="77777777" w:rsidR="003E5044" w:rsidRDefault="00000000">
      <w:pPr>
        <w:pStyle w:val="Naslov1"/>
      </w:pPr>
      <w:r>
        <w:t>4. Dosadašnje iskustvo i izvještavanje</w:t>
      </w:r>
    </w:p>
    <w:p w14:paraId="2AFD77D6" w14:textId="77777777" w:rsidR="003E5044" w:rsidRDefault="00000000">
      <w:r>
        <w:t>Navedite relevantne programe iz prethodnih godina, rezultate te iskustvo s izvještavanjem:</w:t>
      </w:r>
    </w:p>
    <w:p w14:paraId="58EB2216" w14:textId="77777777" w:rsidR="003E5044" w:rsidRDefault="00000000">
      <w:r>
        <w:t>________________________________________________________________________________</w:t>
      </w:r>
    </w:p>
    <w:p w14:paraId="4F877B8F" w14:textId="77777777" w:rsidR="003E5044" w:rsidRDefault="00000000">
      <w:r>
        <w:t>________________________________________________________________________________</w:t>
      </w:r>
    </w:p>
    <w:p w14:paraId="1B9C076D" w14:textId="77777777" w:rsidR="003E5044" w:rsidRDefault="00000000">
      <w:r>
        <w:t>________________________________________________________________________________</w:t>
      </w:r>
    </w:p>
    <w:p w14:paraId="4BD59858" w14:textId="77777777" w:rsidR="003E5044" w:rsidRDefault="00000000">
      <w:r>
        <w:t>________________________________________________________________________________</w:t>
      </w:r>
    </w:p>
    <w:p w14:paraId="5C424734" w14:textId="77777777" w:rsidR="003E5044" w:rsidRDefault="00000000">
      <w:pPr>
        <w:pStyle w:val="Naslov1"/>
      </w:pPr>
      <w:r>
        <w:t>5. Izjava prijavitelja</w:t>
      </w:r>
    </w:p>
    <w:p w14:paraId="75B26A8F" w14:textId="77777777" w:rsidR="003E5044" w:rsidRDefault="00000000">
      <w:r>
        <w:t>Potpisom potvrđujemo točnost navedenih podataka i upoznatost s uvjetima poziva. U slučaju odabira i sklapanja odgovarajućeg sporazuma spremni smo osigurati vlastiti udio od 15 % prihvatljivog troška stručnog rada trenera. Upoznati smo s time da Sportski savez Grada Zagreba zadržava pravo konačnog odabira partnera te da iskaz interesa ne stvara pravo na partnerstvo niti jamči dodjelu sredstava.</w:t>
      </w:r>
    </w:p>
    <w:p w14:paraId="58AED387" w14:textId="77777777" w:rsidR="003E5044" w:rsidRDefault="00000000">
      <w:r>
        <w:t>Mjesto i datum: _____________________    Ime i prezime ovlaštene osobe: _____________________</w:t>
      </w:r>
    </w:p>
    <w:p w14:paraId="45F5CB51" w14:textId="77777777" w:rsidR="003E5044" w:rsidRDefault="00000000">
      <w:r>
        <w:t>Potpis osobe ovlaštene za zastupanje: __________________________________</w:t>
      </w:r>
    </w:p>
    <w:p w14:paraId="0185C423" w14:textId="77777777" w:rsidR="003E5044" w:rsidRDefault="00000000">
      <w:pPr>
        <w:pStyle w:val="Naslov1"/>
      </w:pPr>
      <w:r>
        <w:t>6. Kontrolni popis priloga</w:t>
      </w:r>
    </w:p>
    <w:p w14:paraId="03C220CD" w14:textId="77777777" w:rsidR="003E5044" w:rsidRDefault="00000000">
      <w:r>
        <w:t>☐ Ispunjen i potpisan obrazac za iskaz interesa</w:t>
      </w:r>
    </w:p>
    <w:p w14:paraId="497100C9" w14:textId="77777777" w:rsidR="003E5044" w:rsidRDefault="00000000">
      <w:r>
        <w:t>☐ Preslika diplome, uvjerenja o osposobljenosti ili druge odgovarajuće isprave o stručnoj kvalifikaciji trenera</w:t>
      </w:r>
    </w:p>
    <w:p w14:paraId="0F37F9B8" w14:textId="77777777" w:rsidR="003E5044" w:rsidRDefault="00000000">
      <w:r>
        <w:t>☐ Dodatni opis programa (neobvezno, ako opis nije u cijelosti naveden u obrascu)</w:t>
      </w:r>
    </w:p>
    <w:p w14:paraId="7173C223" w14:textId="77777777" w:rsidR="003E5044" w:rsidRDefault="00000000">
      <w:pPr>
        <w:pStyle w:val="Naslov1"/>
      </w:pPr>
      <w:r>
        <w:t>7. Potvrda i očitovanje nadležnog gradskog sportskog saveza</w:t>
      </w:r>
    </w:p>
    <w:p w14:paraId="00EB9EB2" w14:textId="77777777" w:rsidR="003E5044" w:rsidRDefault="00000000">
      <w:r>
        <w:t>Ovaj dio ispunjava nadležni gradski sportski savez za prijavu svojega sportskog kluba.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5726"/>
      </w:tblGrid>
      <w:tr w:rsidR="003E5044" w14:paraId="5CE13E93" w14:textId="77777777">
        <w:tc>
          <w:tcPr>
            <w:tcW w:w="3402" w:type="dxa"/>
            <w:vAlign w:val="center"/>
          </w:tcPr>
          <w:p w14:paraId="6A33CE61" w14:textId="77777777" w:rsidR="003E5044" w:rsidRDefault="00000000">
            <w:r>
              <w:t>Naziv gradskog sportskog saveza</w:t>
            </w:r>
          </w:p>
        </w:tc>
        <w:tc>
          <w:tcPr>
            <w:tcW w:w="5726" w:type="dxa"/>
            <w:vAlign w:val="center"/>
          </w:tcPr>
          <w:p w14:paraId="60815686" w14:textId="77777777" w:rsidR="003E5044" w:rsidRDefault="003E5044"/>
        </w:tc>
      </w:tr>
      <w:tr w:rsidR="003E5044" w14:paraId="19D18311" w14:textId="77777777">
        <w:tc>
          <w:tcPr>
            <w:tcW w:w="3402" w:type="dxa"/>
            <w:vAlign w:val="center"/>
          </w:tcPr>
          <w:p w14:paraId="482A7CD2" w14:textId="77777777" w:rsidR="003E5044" w:rsidRDefault="00000000">
            <w:r>
              <w:t>Naziv sportskog kluba na koji se očitovanje odnosi</w:t>
            </w:r>
          </w:p>
        </w:tc>
        <w:tc>
          <w:tcPr>
            <w:tcW w:w="5726" w:type="dxa"/>
            <w:vAlign w:val="center"/>
          </w:tcPr>
          <w:p w14:paraId="210361F4" w14:textId="77777777" w:rsidR="003E5044" w:rsidRDefault="003E5044"/>
        </w:tc>
      </w:tr>
    </w:tbl>
    <w:p w14:paraId="159DEA36" w14:textId="77777777" w:rsidR="003E5044" w:rsidRDefault="003E5044">
      <w:pPr>
        <w:spacing w:after="0"/>
      </w:pPr>
    </w:p>
    <w:p w14:paraId="662ED495" w14:textId="77777777" w:rsidR="003E5044" w:rsidRDefault="00000000">
      <w:r>
        <w:rPr>
          <w:b/>
        </w:rPr>
        <w:t>Je li prijava razmatrana na sjednici Upravnog/Izvršnog odbora saveza?</w:t>
      </w:r>
    </w:p>
    <w:p w14:paraId="2D9E5676" w14:textId="181B8EA8" w:rsidR="003E5044" w:rsidRDefault="00000000">
      <w:r>
        <w:t xml:space="preserve">☐ DA     ☐ NE        Datum sjednice: _______________    </w:t>
      </w:r>
    </w:p>
    <w:p w14:paraId="2E67A9C9" w14:textId="77777777" w:rsidR="003E5044" w:rsidRDefault="00000000">
      <w:r>
        <w:rPr>
          <w:b/>
        </w:rPr>
        <w:t>Je li gradski sportski savez pregledao obrazac i pripadajuću dokumentaciju?</w:t>
      </w:r>
    </w:p>
    <w:p w14:paraId="59E95158" w14:textId="77777777" w:rsidR="003E5044" w:rsidRDefault="00000000">
      <w:r>
        <w:t>☐ DA, dokumentacija je potpuna     ☐ DA, dokumentacija je nepotpuna     ☐ NE</w:t>
      </w:r>
    </w:p>
    <w:p w14:paraId="66E28830" w14:textId="77777777" w:rsidR="003E5044" w:rsidRDefault="00000000">
      <w:r>
        <w:rPr>
          <w:b/>
        </w:rPr>
        <w:t>Očitovanje o prijavi sportskog kluba:</w:t>
      </w:r>
    </w:p>
    <w:p w14:paraId="1B8F96DF" w14:textId="77777777" w:rsidR="003E5044" w:rsidRDefault="00000000">
      <w:r>
        <w:t>☐ Podržava se prijava     ☐ Ne podržava se prijava     ☐ Očitovanje nije doneseno</w:t>
      </w:r>
    </w:p>
    <w:p w14:paraId="6E9B9F08" w14:textId="77777777" w:rsidR="003E5044" w:rsidRDefault="00000000">
      <w:r>
        <w:lastRenderedPageBreak/>
        <w:t>Obrazloženje (ako se prijava ne podržava ili očitovanje nije doneseno):</w:t>
      </w:r>
    </w:p>
    <w:p w14:paraId="6330F4AF" w14:textId="77777777" w:rsidR="003E5044" w:rsidRDefault="00000000">
      <w:r>
        <w:t>________________________________________________________________________________</w:t>
      </w:r>
    </w:p>
    <w:p w14:paraId="6827C44C" w14:textId="77777777" w:rsidR="003E5044" w:rsidRDefault="00000000">
      <w:r>
        <w:t>________________________________________________________________________________</w:t>
      </w:r>
    </w:p>
    <w:p w14:paraId="58A298EF" w14:textId="77777777" w:rsidR="003E5044" w:rsidRDefault="00000000">
      <w:r>
        <w:t>Potvrđujemo da su prethodno navedeni podaci o razmatranju prijave i pregledu dokumentacije točni.</w:t>
      </w:r>
    </w:p>
    <w:p w14:paraId="70D1F64B" w14:textId="05EF976B" w:rsidR="003E5044" w:rsidRDefault="00000000">
      <w:r>
        <w:t xml:space="preserve">Ime i prezime osobe ovlaštene za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sportskog</w:t>
      </w:r>
      <w:proofErr w:type="spellEnd"/>
      <w:r>
        <w:t xml:space="preserve"> </w:t>
      </w:r>
      <w:proofErr w:type="spellStart"/>
      <w:r>
        <w:t>saveza</w:t>
      </w:r>
      <w:proofErr w:type="spellEnd"/>
      <w:r w:rsidR="00DC0112">
        <w:t>/</w:t>
      </w:r>
      <w:proofErr w:type="spellStart"/>
      <w:r w:rsidR="00DC0112">
        <w:t>kluba</w:t>
      </w:r>
      <w:proofErr w:type="spellEnd"/>
      <w:r>
        <w:t>: __________________________</w:t>
      </w:r>
    </w:p>
    <w:p w14:paraId="41E2838C" w14:textId="77777777" w:rsidR="003E5044" w:rsidRDefault="00000000">
      <w:r>
        <w:t xml:space="preserve">Mjesto i datum: _____________________    </w:t>
      </w:r>
      <w:proofErr w:type="spellStart"/>
      <w:r>
        <w:t>Potpis</w:t>
      </w:r>
      <w:proofErr w:type="spellEnd"/>
      <w:r>
        <w:t>: __________________________________</w:t>
      </w:r>
    </w:p>
    <w:p w14:paraId="6C2ACD17" w14:textId="77777777" w:rsidR="00DC0112" w:rsidRDefault="00DC0112"/>
    <w:p w14:paraId="29DD65B5" w14:textId="77777777" w:rsidR="003E5044" w:rsidRDefault="00000000">
      <w:r>
        <w:t>Očitovanje gradskog sportskog saveza ne predstavlja odluku o odabiru partnera i ne obvezuje Sportski savez Grada Zagreba pri donošenju konačne odluke.</w:t>
      </w:r>
    </w:p>
    <w:p w14:paraId="2D938E0C" w14:textId="77777777" w:rsidR="003E5044" w:rsidRDefault="00000000">
      <w:r>
        <w:rPr>
          <w:b/>
        </w:rPr>
        <w:t>ROK ZA DOSTAVU: srijeda, 11. studenoga 2026.  |  E-POŠTA: ssgz@zgsport.hr</w:t>
      </w:r>
    </w:p>
    <w:p w14:paraId="10BD2C2B" w14:textId="77777777" w:rsidR="003E5044" w:rsidRDefault="00000000">
      <w:r>
        <w:t>Nepotpuni, nepravodobni ili iskazi interesa koji nisu podneseni na ovom obrascu neće se uzeti u razmatranje.</w:t>
      </w:r>
    </w:p>
    <w:sectPr w:rsidR="003E5044" w:rsidSect="00034616">
      <w:footerReference w:type="default" r:id="rId9"/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7DE9" w14:textId="77777777" w:rsidR="004D1854" w:rsidRDefault="004D1854">
      <w:pPr>
        <w:spacing w:after="0" w:line="240" w:lineRule="auto"/>
      </w:pPr>
      <w:r>
        <w:separator/>
      </w:r>
    </w:p>
  </w:endnote>
  <w:endnote w:type="continuationSeparator" w:id="0">
    <w:p w14:paraId="12C59C6F" w14:textId="77777777" w:rsidR="004D1854" w:rsidRDefault="004D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0FD71" w14:textId="77777777" w:rsidR="003E5044" w:rsidRDefault="00000000">
    <w:pPr>
      <w:pStyle w:val="Podnoje"/>
      <w:jc w:val="right"/>
    </w:pPr>
    <w:r>
      <w:t xml:space="preserve">SSGZ • </w:t>
    </w:r>
    <w:proofErr w:type="spellStart"/>
    <w:r>
      <w:t>Iskaz</w:t>
    </w:r>
    <w:proofErr w:type="spellEnd"/>
    <w:r>
      <w:t xml:space="preserve"> </w:t>
    </w:r>
    <w:proofErr w:type="spellStart"/>
    <w:r>
      <w:t>interesa</w:t>
    </w:r>
    <w:proofErr w:type="spellEnd"/>
    <w:r>
      <w:t xml:space="preserve"> 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361F9" w14:textId="77777777" w:rsidR="004D1854" w:rsidRDefault="004D1854">
      <w:pPr>
        <w:spacing w:after="0" w:line="240" w:lineRule="auto"/>
      </w:pPr>
      <w:r>
        <w:separator/>
      </w:r>
    </w:p>
  </w:footnote>
  <w:footnote w:type="continuationSeparator" w:id="0">
    <w:p w14:paraId="342C334F" w14:textId="77777777" w:rsidR="004D1854" w:rsidRDefault="004D1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5758144">
    <w:abstractNumId w:val="8"/>
  </w:num>
  <w:num w:numId="2" w16cid:durableId="804158467">
    <w:abstractNumId w:val="6"/>
  </w:num>
  <w:num w:numId="3" w16cid:durableId="516776570">
    <w:abstractNumId w:val="5"/>
  </w:num>
  <w:num w:numId="4" w16cid:durableId="708578201">
    <w:abstractNumId w:val="4"/>
  </w:num>
  <w:num w:numId="5" w16cid:durableId="797643971">
    <w:abstractNumId w:val="7"/>
  </w:num>
  <w:num w:numId="6" w16cid:durableId="1124077791">
    <w:abstractNumId w:val="3"/>
  </w:num>
  <w:num w:numId="7" w16cid:durableId="2004777719">
    <w:abstractNumId w:val="2"/>
  </w:num>
  <w:num w:numId="8" w16cid:durableId="44566498">
    <w:abstractNumId w:val="1"/>
  </w:num>
  <w:num w:numId="9" w16cid:durableId="13919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5044"/>
    <w:rsid w:val="004D1854"/>
    <w:rsid w:val="00A5067E"/>
    <w:rsid w:val="00AA1D8D"/>
    <w:rsid w:val="00B47730"/>
    <w:rsid w:val="00CB0664"/>
    <w:rsid w:val="00DC01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7014C"/>
  <w14:defaultImageDpi w14:val="300"/>
  <w15:docId w15:val="{2ECED6EF-36A3-4A46-938C-6683269C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3A59"/>
      <w:sz w:val="2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63A59"/>
      <w:spacing w:val="5"/>
      <w:kern w:val="28"/>
      <w:sz w:val="3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Suzana Šop</cp:lastModifiedBy>
  <cp:revision>2</cp:revision>
  <dcterms:created xsi:type="dcterms:W3CDTF">2026-11-04T09:30:00Z</dcterms:created>
  <dcterms:modified xsi:type="dcterms:W3CDTF">2026-11-04T09:30:00Z</dcterms:modified>
  <cp:category/>
</cp:coreProperties>
</file>